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מדבר? מי מספר?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דובר בשיר למספר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מספרים: גוף ראשון, גוף שלישי, מספר יודע־כל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נקודת מבט משפיעה על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דמות שהמשורר יצר כדי למסור רגשות ומחשבות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מחשבות של כל הדמויות, עבר ועתיד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על איך אנחנו רואים ומרגישים כלפי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מחוץ לעלילה, מספר עליה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הדובר הוא דמות שהמשורר יצר, לא בהכרח המשורר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יודע הכול - עבר, הווה ועתיד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כל דמות רואה את האירועים אחרת, לפי האופי והמצב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מספר בגוף ראשון הוא דמות בסיפור ויודע רק מה שהוא עצמו חווה או שומע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הבחירה מאיזה זווית מספרים את הסיפור משפיעה על הרגש שהקורא חווה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יודע־כל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נקודת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(דוברת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(מספר בגוף שלישי)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(מספר יודע־כל)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(נקודת מבט של חתול)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זיהוי בטקסטים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מסופר בגוף ראשון - הדמות עצמה מספרת על עצמה ומרגישה פחד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הקורא יודע משהו שהדמויות בסיפור לא יודעות, וזה יוצר ציפייה או דאגה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הקטע צריך להיות כתוב מזווית ייחודית, לא אנושית, ולהראות הבנה שנקודת המבט משנה את התיאור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התשובה צריכה לכלול ציטוט או תיאור קצר מהסיפור וזיהוי נכון של סוג המספר עם 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דובר-בשיר, מספר-בסיפור, שניהם לא בהכרח היוצר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שמראה ידיעה של מחשבות כמה דמויות או ידיעת 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שזווית הראייה משנה איך אנחנו תופסים את הדמויות והאירועים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קטעי קריאה קצרים נוספים ולתרגל זיהוי סוג המספר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לנסות לכתוב באותו אירוע משתי נקודות מבט שונות כדי להבין את ההבדל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בחלקים א-ג בלבד ולדלג על המשימות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מדבר? מי מספר?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בשיר יש דובר, ובסיפור יש מספר - הם לא תמיד זהים ליוצר או ליוצרת. בדף הזה נתרגל לזהות מי מדבר ומי מספר, ומאיזו נקודת מבט.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זה הדובר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המשורר עצמו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שהמשורר יצר כדי למסור רגשות ומחשבות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הקורא של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העורך של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מספר בגוף ראשון מזוהה לפי המילה: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מספר יודע־כל יכול לדעת: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מה שדמות אחת חושבת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מה שקרה בעבר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מחשבות של כל הדמויות, עבר ועתיד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מה שהוא רואה מבחוץ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נקודת מבט משפיעה על: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על אורך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איך אנחנו רואים ומרגישים כלפי האירועים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על מספר העמודים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גודל האותיות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מספר בגוף שלישי נמצא: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בתוך העלילה כדמות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מחוץ לעלילה, מספר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תמיד בתוך ראש של דמות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תמיד הגיבור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בשיר הוא תמיד המשורר באופן אישי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יודע־כל יכול לדעת מה יקרה בעתיד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מבט של חתול תהיה זהה לנקודת מבט של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בגוף ראשון תמיד יודע הכול על כל הדמויות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מבט יכולה ליצור הומור או עצב ביצירה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הקול שמדבר בשיר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מספר שיודע הכול נקרא מספר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מספר שמדבר בגוף __________ הוא דמות בתוך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דרך העיניים של מי רואים את האירועים נקראת __________ מבט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מספר שנמצא מחוץ לעלילה מדבר בגוף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אני עומדת ליד החלון ומחכה לגשם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מספר יודע־כל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נועם סגר את הדלת בשקט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דוברת בשיר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מאיה חשבה שהיא לעולם לא תספר לו, ואיש לא ידע מה יקרה מחר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נקודת מבט של חתול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שוב הזיזו לי את הכרית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מספר בגוף שלישי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זיהוי בטקסטים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 את המשפט: 'הלכתי לבד ברחוב החשוך ופחדתי מכל צל'. באיזה גוף מסופר, ומי הדובר או המספר?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בעזרת דוגמה משלכם למה מספר יודע־כל יכול ליצור מתח אצל הקוראים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קטע קצר (3-4 משפטים) המתאר אירוע יומיומי (כמו ארוחת בוקר או דרך לבית הספר) מנקודת המבט של חיה או חפץ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קטע מסיפור שקראתם לאחרונה וזהו: האם המספר הוא בגוף ראשון או שלישי? האם הוא יודע־כל?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דובר למספר?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למספר יודע־כל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נקודת מבט משפיעה על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מדבר? מי מספר?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